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Wzory pism dotyczących umowy pożyczki</w:t>
      </w:r>
    </w:p>
    <w:p>
      <w:r>
        <w:rPr>
          <w:b/>
        </w:rPr>
        <w:t xml:space="preserve">Pakiet zawiera dwa różne dokumenty. </w:t>
      </w:r>
      <w:r>
        <w:t>Wybierz właściwy do swojej sytuacji, uzupełnij dane z umowy i zachowaj kopię pisma oraz dowód jego doręczenia.</w:t>
      </w:r>
    </w:p>
    <w:p>
      <w:pPr>
        <w:pStyle w:val="Heading1"/>
      </w:pPr>
      <w:r>
        <w:t>Którego wzoru użyć?</w:t>
      </w:r>
    </w:p>
    <w:p>
      <w:pPr>
        <w:pStyle w:val="ListBullet"/>
        <w:spacing w:after="60"/>
        <w:ind w:left="317" w:hanging="230"/>
      </w:pPr>
      <w:r>
        <w:t>Odstąpienie od umowy - jeśli od zawarcia konsumenckiej umowy kredytu lub pożyczki nie minęło 14 dni. Co do zasady nie trzeba podawać przyczyny. Po złożeniu oświadczenia trzeba zwrócić otrzymany kapitał wraz z odsetkami za okres korzystania ze środków w terminie przewidzianym ustawą.</w:t>
      </w:r>
    </w:p>
    <w:p>
      <w:pPr>
        <w:pStyle w:val="ListBullet"/>
        <w:spacing w:after="60"/>
        <w:ind w:left="317" w:hanging="230"/>
      </w:pPr>
      <w:r>
        <w:t>Wcześniejsza spłata - jeśli chcesz spłacić pożyczkę przed terminem, w całości albo w części. Sam wniosek z drugiego wzoru nie dokonuje spłaty: poproś o kwotę rozliczenia, a następnie zapłać zgodnie z informacją i umową.</w:t>
      </w:r>
    </w:p>
    <w:p>
      <w:pPr>
        <w:pStyle w:val="ListBullet"/>
        <w:spacing w:after="60"/>
        <w:ind w:left="317" w:hanging="230"/>
      </w:pPr>
      <w:r>
        <w:t>Wypowiedzenie umowy przez pożyczkobiorcę - nie jest uniwersalnym sposobem na anulowanie wypłaconej pożyczki. Możliwość i skutki zależą od przepisów oraz zapisów konkretnej umowy. Dlatego pakiet nie nazywa wcześniejszej spłaty „wypowiedzeniem”.</w:t>
      </w:r>
    </w:p>
    <w:p>
      <w:pPr>
        <w:pStyle w:val="Heading1"/>
      </w:pPr>
      <w:r>
        <w:t>Przed wysłaniem</w:t>
      </w:r>
    </w:p>
    <w:p>
      <w:pPr>
        <w:pStyle w:val="ListBullet"/>
        <w:spacing w:after="60"/>
        <w:ind w:left="317" w:hanging="230"/>
      </w:pPr>
      <w:r>
        <w:t>Sprawdź, czy dane pożyczkodawcy, numer umowy i adres do doręczeń są zgodne z umową. Użyj kanału wskazanego przez pożyczkodawcę.</w:t>
      </w:r>
    </w:p>
    <w:p>
      <w:pPr>
        <w:pStyle w:val="ListBullet"/>
        <w:spacing w:after="60"/>
        <w:ind w:left="317" w:hanging="230"/>
      </w:pPr>
      <w:r>
        <w:t>Przy odstąpieniu dopilnuj terminu 14 dni. Zachowaj potwierdzenie nadania lub złożenia oświadczenia.</w:t>
      </w:r>
    </w:p>
    <w:p>
      <w:pPr>
        <w:pStyle w:val="ListBullet"/>
        <w:spacing w:after="60"/>
        <w:ind w:left="317" w:hanging="230"/>
      </w:pPr>
      <w:r>
        <w:t>Przy wcześniejszej spłacie poproś o kwotę należną na konkretny dzień oraz rozliczenie kosztów. Sprawdź, czy po spłacie otrzymasz potwierdzenie zamknięcia zobowiązania.</w:t>
      </w:r>
    </w:p>
    <w:p>
      <w:pPr>
        <w:spacing w:before="120"/>
      </w:pPr>
      <w:r>
        <w:rPr>
          <w:b/>
        </w:rPr>
        <w:t xml:space="preserve">Ważne: </w:t>
      </w:r>
      <w:r>
        <w:t>to ogólne wzory informacyjne, nie indywidualna porada prawna. Wzór pożyczkodawcy dołączony do umowy może być prostszy i wystarczający. W razie sporu, nietypowej umowy lub niepewności co do terminu skonsultuj sprawę z rzecznikiem konsumentów albo prawnikiem.</w:t>
      </w:r>
    </w:p>
    <w:p>
      <w:pPr>
        <w:pStyle w:val="Heading2"/>
      </w:pPr>
      <w:r>
        <w:t>Podstawa i źródła</w:t>
      </w:r>
    </w:p>
    <w:p>
      <w:pPr>
        <w:spacing w:after="0"/>
      </w:pPr>
      <w:r>
        <w:t>Ustawa z 12 maja 2011 r. o kredycie konsumenckim, w szczególności art. 48-53 (tekst jednolity: Dz.U. z 2025 r. poz. 1362); informacje Rzecznika Finansowego o odstąpieniu i wcześniejszej spłacie.</w:t>
      </w:r>
    </w:p>
    <w:p>
      <w:r>
        <w:br w:type="page"/>
      </w:r>
    </w:p>
    <w:p>
      <w:pPr>
        <w:pStyle w:val="Title"/>
      </w:pPr>
      <w:r>
        <w:t>Oświadczenie o odstąpieniu od umowy pożyczki</w:t>
      </w:r>
    </w:p>
    <w:p>
      <w:pPr>
        <w:spacing w:after="160"/>
      </w:pPr>
      <w:r>
        <w:t>Wzór dla konsumenta korzystającego z prawa odstąpienia w terminie ustawowym.</w:t>
      </w:r>
    </w:p>
    <w:p>
      <w:pPr>
        <w:spacing w:after="40"/>
      </w:pPr>
      <w:r>
        <w:rPr>
          <w:b/>
        </w:rPr>
        <w:t>Adresat</w:t>
      </w:r>
    </w:p>
    <w:p>
      <w:pPr>
        <w:spacing w:after="20"/>
      </w:pPr>
      <w:r>
        <w:t>[pełna nazwa pożyczkodawcy]</w:t>
      </w:r>
    </w:p>
    <w:p>
      <w:pPr>
        <w:spacing w:after="20"/>
      </w:pPr>
      <w:r>
        <w:t>[adres do doręczeń wskazany w umowie]</w:t>
      </w:r>
    </w:p>
    <w:p/>
    <w:p>
      <w:pPr>
        <w:spacing w:after="40"/>
      </w:pPr>
      <w:r>
        <w:rPr>
          <w:b/>
        </w:rPr>
        <w:t>Dane pożyczkobiorcy</w:t>
      </w:r>
    </w:p>
    <w:p>
      <w:pPr>
        <w:spacing w:after="20"/>
      </w:pPr>
      <w:r>
        <w:t>[imię i nazwisko]</w:t>
      </w:r>
    </w:p>
    <w:p>
      <w:pPr>
        <w:spacing w:after="20"/>
      </w:pPr>
      <w:r>
        <w:t>[adres zamieszkania]</w:t>
      </w:r>
    </w:p>
    <w:p>
      <w:pPr>
        <w:spacing w:after="20"/>
      </w:pPr>
      <w:r>
        <w:t>[opcjonalnie: e-mail lub telefon]</w:t>
      </w:r>
    </w:p>
    <w:p/>
    <w:p>
      <w:pPr>
        <w:spacing w:after="80"/>
      </w:pPr>
      <w:r>
        <w:rPr>
          <w:b/>
        </w:rPr>
        <w:t xml:space="preserve">Miejscowość i data: </w:t>
      </w:r>
      <w:r>
        <w:t>____________________________________________________________________________________</w:t>
      </w:r>
    </w:p>
    <w:p>
      <w:pPr>
        <w:spacing w:after="80"/>
      </w:pPr>
      <w:r>
        <w:rPr>
          <w:b/>
        </w:rPr>
        <w:t xml:space="preserve">Numer umowy pożyczki: </w:t>
      </w:r>
      <w:r>
        <w:t>____________________________________________________________________________________</w:t>
      </w:r>
    </w:p>
    <w:p>
      <w:pPr>
        <w:spacing w:after="80"/>
      </w:pPr>
      <w:r>
        <w:rPr>
          <w:b/>
        </w:rPr>
        <w:t xml:space="preserve">Data zawarcia umowy: </w:t>
      </w:r>
      <w:r>
        <w:t>____________________________________________________________________________________</w:t>
      </w:r>
    </w:p>
    <w:p>
      <w:pPr>
        <w:pStyle w:val="Heading2"/>
      </w:pPr>
      <w:r>
        <w:t>Oświadczenie</w:t>
      </w:r>
    </w:p>
    <w:p>
      <w:pPr>
        <w:spacing w:after="140"/>
      </w:pPr>
      <w:r>
        <w:t>Niniejszym, na podstawie art. 53 ustawy z dnia 12 maja 2011 r. o kredycie konsumenckim, odstępuję od umowy pożyczki wskazanej powyżej. Proszę o potwierdzenie otrzymania niniejszego oświadczenia oraz przekazanie informacji o kwocie i rachunku do rozliczenia, jeżeli dane te nie wynikają z umowy.</w:t>
      </w:r>
    </w:p>
    <w:p>
      <w:pPr>
        <w:spacing w:after="0"/>
        <w:jc w:val="right"/>
      </w:pPr>
      <w:r>
        <w:br/>
        <w:t>______________________________</w:t>
      </w:r>
    </w:p>
    <w:p>
      <w:pPr>
        <w:spacing w:after="0"/>
        <w:jc w:val="right"/>
      </w:pPr>
      <w:r>
        <w:t>Czytelny podpis pożyczkobiorcy</w:t>
      </w:r>
    </w:p>
    <w:p>
      <w:pPr>
        <w:spacing w:before="100"/>
      </w:pPr>
      <w:r>
        <w:rPr>
          <w:b/>
        </w:rPr>
        <w:t xml:space="preserve">Pamiętaj: </w:t>
      </w:r>
      <w:r>
        <w:t>odstąpienie nie umarza obowiązku zwrotu wypłaconej kwoty. Zgodnie z ustawą konsument zwraca kapitał oraz należne odsetki za okres korzystania z niego w ciągu 30 dni od złożenia oświadczenia. Sprawdź dane do przelewu bezpośrednio u pożyczkodawcy.</w:t>
      </w:r>
    </w:p>
    <w:p>
      <w:r>
        <w:br w:type="page"/>
      </w:r>
    </w:p>
    <w:p>
      <w:pPr>
        <w:pStyle w:val="Title"/>
      </w:pPr>
      <w:r>
        <w:t>Wniosek o wcześniejszą spłatę pożyczki</w:t>
      </w:r>
    </w:p>
    <w:p>
      <w:pPr>
        <w:spacing w:after="160"/>
      </w:pPr>
      <w:r>
        <w:t>Użyj, jeśli chcesz spłacić zobowiązanie przed terminem określonym w umowie.</w:t>
      </w:r>
    </w:p>
    <w:p>
      <w:pPr>
        <w:spacing w:after="40"/>
      </w:pPr>
      <w:r>
        <w:rPr>
          <w:b/>
        </w:rPr>
        <w:t>Adresat</w:t>
      </w:r>
    </w:p>
    <w:p>
      <w:pPr>
        <w:spacing w:after="20"/>
      </w:pPr>
      <w:r>
        <w:t>[pełna nazwa pożyczkodawcy]</w:t>
      </w:r>
    </w:p>
    <w:p>
      <w:pPr>
        <w:spacing w:after="20"/>
      </w:pPr>
      <w:r>
        <w:t>[adres lub kanał kontaktu wskazany w umowie]</w:t>
      </w:r>
    </w:p>
    <w:p/>
    <w:p>
      <w:pPr>
        <w:spacing w:after="40"/>
      </w:pPr>
      <w:r>
        <w:rPr>
          <w:b/>
        </w:rPr>
        <w:t>Dane pożyczkobiorcy</w:t>
      </w:r>
    </w:p>
    <w:p>
      <w:pPr>
        <w:spacing w:after="20"/>
      </w:pPr>
      <w:r>
        <w:t>[imię i nazwisko]</w:t>
      </w:r>
    </w:p>
    <w:p>
      <w:pPr>
        <w:spacing w:after="20"/>
      </w:pPr>
      <w:r>
        <w:t>[adres zamieszkania]</w:t>
      </w:r>
    </w:p>
    <w:p>
      <w:pPr>
        <w:spacing w:after="20"/>
      </w:pPr>
      <w:r>
        <w:t>[opcjonalnie: e-mail lub telefon]</w:t>
      </w:r>
    </w:p>
    <w:p/>
    <w:p>
      <w:pPr>
        <w:spacing w:after="80"/>
      </w:pPr>
      <w:r>
        <w:rPr>
          <w:b/>
        </w:rPr>
        <w:t xml:space="preserve">Miejscowość i data: </w:t>
      </w:r>
      <w:r>
        <w:t>____________________________________________________________________________________</w:t>
      </w:r>
    </w:p>
    <w:p>
      <w:pPr>
        <w:spacing w:after="80"/>
      </w:pPr>
      <w:r>
        <w:rPr>
          <w:b/>
        </w:rPr>
        <w:t xml:space="preserve">Numer umowy pożyczki: </w:t>
      </w:r>
      <w:r>
        <w:t>____________________________________________________________________________________</w:t>
      </w:r>
    </w:p>
    <w:p>
      <w:pPr>
        <w:pStyle w:val="Heading2"/>
      </w:pPr>
      <w:r>
        <w:t>Wniosek</w:t>
      </w:r>
    </w:p>
    <w:p>
      <w:pPr>
        <w:spacing w:after="60"/>
      </w:pPr>
      <w:r>
        <w:t>Proszę o przygotowanie rozliczenia wcześniejszej spłaty pożyczki:</w:t>
      </w:r>
    </w:p>
    <w:p>
      <w:pPr>
        <w:pStyle w:val="ListBullet"/>
        <w:spacing w:after="60"/>
        <w:ind w:left="317" w:hanging="230"/>
      </w:pPr>
      <w:r>
        <w:t>całkowitej - na dzień ______________________________;</w:t>
      </w:r>
    </w:p>
    <w:p>
      <w:pPr>
        <w:pStyle w:val="ListBullet"/>
        <w:spacing w:after="60"/>
        <w:ind w:left="317" w:hanging="230"/>
      </w:pPr>
      <w:r>
        <w:t>częściowej - w kwocie ______________________________ zł, planowanej na dzień ______________________________.</w:t>
      </w:r>
    </w:p>
    <w:p>
      <w:pPr>
        <w:spacing w:before="60" w:after="120"/>
      </w:pPr>
      <w:r>
        <w:t>Proszę o wskazanie kwoty do zapłaty na wybrany dzień, numeru rachunku i prawidłowego tytułu przelewu. W przypadku całkowitej wcześniejszej spłaty proszę również o rozliczenie obniżenia całkowitego kosztu kredytu zgodnie z art. 49 ustawy o kredycie konsumenckim oraz o potwierdzenie rozliczenia umowy po zaksięgowaniu wpłaty.</w:t>
      </w:r>
    </w:p>
    <w:p>
      <w:pPr>
        <w:spacing w:after="0"/>
        <w:jc w:val="right"/>
      </w:pPr>
      <w:r>
        <w:br/>
        <w:t>______________________________</w:t>
      </w:r>
    </w:p>
    <w:p>
      <w:pPr>
        <w:spacing w:after="0"/>
        <w:jc w:val="right"/>
      </w:pPr>
      <w:r>
        <w:t>Czytelny podpis pożyczkobiorcy</w:t>
      </w:r>
    </w:p>
    <w:p>
      <w:pPr>
        <w:spacing w:before="80"/>
      </w:pPr>
      <w:r>
        <w:rPr>
          <w:b/>
        </w:rPr>
        <w:t xml:space="preserve">Ważne: </w:t>
      </w:r>
      <w:r>
        <w:t>ten wniosek sam nie spłaca pożyczki ani nie rozwiązuje umowy. Poczekaj na wyliczenie pożyczkodawcy, sprawdź je z umową i wykonaj przelew zgodnie z otrzymaną instrukcją. Przy częściowej spłacie ustal, czy zmieni się rata, okres spłaty czy harmonogram.</w:t>
      </w:r>
    </w:p>
    <w:sectPr w:rsidR="00FC693F" w:rsidRPr="0006063C" w:rsidSect="00034616">
      <w:footerReference w:type="default" r:id="rId9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9727E"/>
        <w:sz w:val="16"/>
      </w:rPr>
      <w:t>FINOXA.PL  |  Wzory pism dla konsumentów  |  finoxa.pl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C273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Wzory pism dotyczących umowy pożyczki - Finoxa.pl</dc:title>
  <dc:subject>Odstąpienie od umowy i wcześniejsza spłata pożyczki</dc:subject>
  <dc:creator>Finoxa.pl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